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Гостиница</w:t>
      </w:r>
    </w:p>
    <w:p>
      <w:pPr>
        <w:jc w:val="center"/>
      </w:pPr>
      <w:r>
        <w:rPr>
          <w:rFonts w:ascii="Arial" w:hAnsi="Arial" w:eastAsia="Arial"/>
          <w:b w:val="0"/>
          <w:color w:val="606667"/>
          <w:sz w:val="17"/>
        </w:rPr>
        <w:t>42.87891, 74.60458</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4300363" cy="2231999"/>
            <wp:docPr id="1" name="Picture 1"/>
            <wp:cNvGraphicFramePr>
              <a:graphicFrameLocks noChangeAspect="1"/>
            </wp:cNvGraphicFramePr>
            <a:graphic>
              <a:graphicData uri="http://schemas.openxmlformats.org/drawingml/2006/picture">
                <pic:pic>
                  <pic:nvPicPr>
                    <pic:cNvPr id="0" name="a1881f4fb78cfe627aed.jpg"/>
                    <pic:cNvPicPr/>
                  </pic:nvPicPr>
                  <pic:blipFill>
                    <a:blip r:embed="rId12"/>
                    <a:stretch>
                      <a:fillRect/>
                    </a:stretch>
                  </pic:blipFill>
                  <pic:spPr>
                    <a:xfrm>
                      <a:off x="0" y="0"/>
                      <a:ext cx="4300363" cy="2231999"/>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Мейманкана</w:t>
      </w:r>
    </w:p>
    <w:p>
      <w:pPr>
        <w:spacing w:after="100"/>
        <w:jc w:val="center"/>
      </w:pPr>
      <w:r>
        <w:rPr>
          <w:rFonts w:ascii="Arial" w:hAnsi="Arial" w:eastAsia="Arial"/>
          <w:b w:val="0"/>
          <w:color w:val="606667"/>
          <w:sz w:val="17"/>
        </w:rPr>
        <w:t>42.87891, 74.60458</w:t>
      </w:r>
    </w:p>
    <w:p>
      <w:pPr>
        <w:spacing w:before="0" w:after="20"/>
        <w:jc w:val="center"/>
      </w:pPr>
      <w:r>
        <w:drawing>
          <wp:inline xmlns:a="http://schemas.openxmlformats.org/drawingml/2006/main" xmlns:pic="http://schemas.openxmlformats.org/drawingml/2006/picture">
            <wp:extent cx="4300363" cy="2231999"/>
            <wp:docPr id="3" name="Picture 3" descr="Гостиница" title="Гостиница"/>
            <wp:cNvGraphicFramePr>
              <a:graphicFrameLocks noChangeAspect="1"/>
            </wp:cNvGraphicFramePr>
            <a:graphic>
              <a:graphicData uri="http://schemas.openxmlformats.org/drawingml/2006/picture">
                <pic:pic>
                  <pic:nvPicPr>
                    <pic:cNvPr id="0" name="a1881f4fb78cfe627aed.jpg"/>
                    <pic:cNvPicPr/>
                  </pic:nvPicPr>
                  <pic:blipFill>
                    <a:blip r:embed="rId12"/>
                    <a:stretch>
                      <a:fillRect/>
                    </a:stretch>
                  </pic:blipFill>
                  <pic:spPr>
                    <a:xfrm>
                      <a:off x="0" y="0"/>
                      <a:ext cx="4300363" cy="2231999"/>
                    </a:xfrm>
                    <a:prstGeom prst="rect"/>
                  </pic:spPr>
                </pic:pic>
              </a:graphicData>
            </a:graphic>
          </wp:inline>
        </w:drawing>
      </w:r>
    </w:p>
    <w:p>
      <w:pPr>
        <w:spacing w:after="60"/>
        <w:jc w:val="center"/>
      </w:pPr>
      <w:r>
        <w:rPr>
          <w:rFonts w:ascii="Arial" w:hAnsi="Arial" w:eastAsia="Arial"/>
          <w:b w:val="0"/>
          <w:color w:val="606667"/>
          <w:sz w:val="15"/>
        </w:rPr>
        <w:t>Гостиница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Мейманкана</w:t>
      </w:r>
    </w:p>
    <w:p>
      <w:pPr>
        <w:widowControl/>
        <w:spacing w:before="0" w:after="60" w:line="247" w:lineRule="auto"/>
      </w:pPr>
      <w:r>
        <w:rPr>
          <w:rFonts w:ascii="Arial" w:hAnsi="Arial" w:eastAsia="Arial"/>
          <w:b w:val="0"/>
          <w:color w:val="242C2F"/>
          <w:sz w:val="19"/>
        </w:rPr>
        <w:t xml:space="preserve">﻿ А.П. Зенкованын долбоору боюнча курулган мейманкана. Имарат 20-кылымдын 60-жылдарында талкаланган. 1926-жылы архитектор Андрей Павлович Зенковдун долбоору боюнча Пишпек шаарынын тарыхын толуктаган бир нече олуттуу имараттар курула баштаган. Васильевская көчөсүндө булар мейманкананын жана айыл чарба банкынын имараттары болчу. А.П.Зенков архитектурада улуттук колориттерди айкалыштырган биринчи куруучу болгон. Ланцет жана арка түрүндөгү тешиктер, </w:t>
      </w:r>
    </w:p>
    <w:p>
      <w:pPr>
        <w:spacing w:before="20" w:after="0"/>
      </w:pPr>
      <w:r>
        <w:rPr>
          <w:rFonts w:ascii="Arial" w:hAnsi="Arial" w:eastAsia="Arial"/>
          <w:b w:val="0"/>
          <w:color w:val="606667"/>
          <w:sz w:val="14"/>
        </w:rPr>
        <w:t>Булак: https://bimap.su/description/pishpek/69_Gostinitsa.txt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42.87891, 74.60458</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42.87891, 74.60458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https://2gis.kg/bishkek/geo/15763294480498712/tab/photos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