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Кафе «Чинара»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42.87608, 74.57734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92804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8d4dd8a52ae0e0a3b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80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42.87608, 74.57734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"Чынара" кафеси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42.87608, 74.57734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928045" cy="2232000"/>
            <wp:docPr id="4" name="Picture 4" descr="Кафе «Чинара»" title="Кафе «Чинар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8d4dd8a52ae0e0a3b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80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 «Чинара» · Марины Клабуковой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"Чынара" кафеси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Кафе "Чынара" Кафе "Чынара". Марина Клабукованын сүрөтү.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https://bimap.su/description/frunze/485_Cafe_Chinar.txt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42.87608, 74.57734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. 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https://2gis.kg/bishkek/firm/70000001039023970/tab/photos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