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Белинского и Московской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60d2ab57196d49e2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Перекресток улиц Белинского и Московской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Перекресток улиц Белинского и Московской" title="Перекресток улиц Белинского и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60d2ab57196d49e2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Белинского и Московской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Перекресток улиц Белинского и Московской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https://bimap.su/description/frunze/483_BelMos.txt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Прокурор Откровенный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https://2gis.kg/bishkek/geo/15763234351150276/tab/photos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