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Перекресток улиц Белинского и Московской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42.86952, 74.58857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4263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60d2ab57196d49e2f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426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42.86952, 74.58857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Белинский жана Москва көчөлөрүнүн кесилиши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42.86952, 74.58857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263" cy="2232000"/>
            <wp:docPr id="4" name="Picture 4" descr="Перекресток улиц Белинского и Московской" title="Перекресток улиц Белинского и Моско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60d2ab57196d49e2f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426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Перекресток улиц Белинского и Московской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Белинский жана Москва көчөлөрүнүн кесилиши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Белинский жана Москва көчөлөрүнүн кесилиши Сол жакта борбордо №70 мектеп, оң жактагы артта В.И. Ленин атындагы завод.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https://bimap.su/description/frunze/483_BelMos.txt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42.86952, 74.58857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Прокурор Откровенный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https://2gis.kg/bishkek/geo/15763234351150276/tab/photos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