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улиц Белинского и Московской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60d2ab57196d49e2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Belinsky and Moskovskaya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4" name="Picture 4" descr="Перекресток улиц Белинского и Московской" title="Перекресток улиц Белинского и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60d2ab57196d49e2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Белинского и Московской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Belinsky and Moskovskaya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intersection of Belinsky and Moskovskaya streets In the center on the left is school No. 70, in the background on the right is the V.I. Lenin plant.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https://bimap.su/description/frunze/483_BelMos.txt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Прокурор Откровенный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https://2gis.kg/bishkek/geo/15763234351150276/tab/photos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