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Кукольный театр «Золотой ключик»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95705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cf174a3816c16935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Кукольный театр «Золотой ключик»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5705" cy="2231999"/>
            <wp:docPr id="4" name="Picture 4" descr="Кукольный театр «Золотой ключик»" title="Кукольный театр «Золотой ключ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cf174a3816c16935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Кукольный театр «Золотой ключик»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Кукольный театр «Золотой ключик»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«Город Фрунзе», 1978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https://bimap.su/description/frunze/482_Kukolnyi1978.txt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42.88671, 74.60990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ఇ fiw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https://2gis.kg/bishkek/firm/70000001019329791/tab/photos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