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«Моссовет»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42.86904, 74.61133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35102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08290cb1fc35c801ce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3510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42.86904, 74.61133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Совет (Абдрахманова) жана Москва көчөлөрүнүн кесилиши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42.86904, 74.61133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4" name="Picture 4" descr="Перекресток улиц Советской (Абдрахманова) и Московской" title="Перекресток улиц Советской (Абдрахманова) и Москов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Перекресток улиц Советской (Абдрахманова) и Московской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Совет (Абдрахманова) жана Москва көчөлөрүнүн кесилиши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Сүрөт "Фрунзе шаары" альбомунан, 1978-ж.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https://bimap.su/description/frunze/481_Mossovet1978.txt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"Моссовет"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42.86904, 74.61133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35102" cy="2232000"/>
            <wp:docPr id="5" name="Picture 5" descr="«Моссовет»" title="«Моссовет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08290cb1fc35c801ce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3510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«Моссовет»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"Моссовет"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Москва жана Абдрахманов көчөлөрүнүн кесилиши "Моссовет" - Москва жана Абдрахманов көчөлөрүнүн кесилиши.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https://bimap.su/description/bishkek/124_IMG_1281.txt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