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«Моссовет»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5102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8290cb1fc35c801c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51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Sovetskaya (Abdrakhmanova) and Moskovskaya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Перекресток улиц Советской (Абдрахманова) и Московской" title="Перекресток улиц Советской (Абдрахманова) и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Советской (Абдрахманова) и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Sovetskaya (Abdrakhmanova) and Moskovskaya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Photo from the album “City of Frunze”, 1978.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https://bimap.su/description/frunze/481_Mossovet1978.txt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"Mossovet"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102" cy="2232000"/>
            <wp:docPr id="5" name="Picture 5" descr="«Моссовет»" title="«Моссове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8290cb1fc35c801c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51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«Моссовет»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"Mossovet"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intersection of Moskovskaya and Abdrakhmanova streets "Mossovet" - intersection of Moskovskaya and Abdrakhmanova streets.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https://bimap.su/description/bishkek/124_IMG_1281.txt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