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Бульвар Дзержинского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42.87035, 74.60618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0143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6e1995c5684467964c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014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42.87035, 74.60618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Бульвар Дзержинского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42.87035, 74.60618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01433" cy="2232000"/>
            <wp:docPr id="4" name="Picture 4" descr="Бульвар Дзержинского" title="Бульвар Дзержинск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6e1995c5684467964c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014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Бульвар Дзержинского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Бульвар Дзержинского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из альбома «Город Фрунзе», 1978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https://bimap.su/description/frunze/479_Bulvar1978.txt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42.87035, 74.60618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владельца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https://2gis.kg/bishkek/firm/70000001026007865/tab/photos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