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Бульвар Дзержинского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42.87035, 74.60618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401433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6e1995c5684467964c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0143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42.87035, 74.60618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Дзержинский бульвары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42.87035, 74.60618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01433" cy="2232000"/>
            <wp:docPr id="4" name="Picture 4" descr="Бульвар Дзержинского" title="Бульвар Дзержинског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6e1995c5684467964c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0143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Бульвар Дзержинского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Дзержинский бульвары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Дзержинский бульвары Дзержинский бульвары. Сүрөт «Фрунзе шаары» альбомунан, 1978-жыл. Вокзалдан Кыргыз ССРинин 50 жылдыгы атындагы проспектине чейин түштүктөн түндүккө карай созулуп, узундугу 2,2 км. 1924-жылга чейин - ст. Бульвар, андан кийин ст. Комсомольская, 1933-жылдан - ст. Дзержинский, 1960-жылдан – ушул эле аталыштагы бульвар, 1979-жылдан – проспекти. 1883-жылы А.М. Фетисов көчөсүнөн 2 катар күмүш терек аллеясы катары. Ташкентская (Кырг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https://bimap.su/description/frunze/479_Bulvar1978.txt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42.87035, 74.60618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владельца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https://2gis.kg/bishkek/firm/70000001026007865/tab/photos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