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Бульвар Дзержинского</w:t>
      </w:r>
    </w:p>
    <w:p>
      <w:pPr>
        <w:jc w:val="center"/>
      </w:pPr>
      <w:r>
        <w:rPr>
          <w:rFonts w:ascii="Arial" w:hAnsi="Arial" w:eastAsia="Arial"/>
          <w:b w:val="0"/>
          <w:color w:val="606667"/>
          <w:sz w:val="17"/>
        </w:rPr>
        <w:t>42.87035, 74.60618</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401433" cy="2232000"/>
            <wp:docPr id="1" name="Picture 1"/>
            <wp:cNvGraphicFramePr>
              <a:graphicFrameLocks noChangeAspect="1"/>
            </wp:cNvGraphicFramePr>
            <a:graphic>
              <a:graphicData uri="http://schemas.openxmlformats.org/drawingml/2006/picture">
                <pic:pic>
                  <pic:nvPicPr>
                    <pic:cNvPr id="0" name="26e1995c5684467964cf.jpg"/>
                    <pic:cNvPicPr/>
                  </pic:nvPicPr>
                  <pic:blipFill>
                    <a:blip r:embed="rId12"/>
                    <a:stretch>
                      <a:fillRect/>
                    </a:stretch>
                  </pic:blipFill>
                  <pic:spPr>
                    <a:xfrm>
                      <a:off x="0" y="0"/>
                      <a:ext cx="3401433"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42.87035, 74.60618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Dzerzhinsky Boulevard</w:t>
      </w:r>
    </w:p>
    <w:p>
      <w:pPr>
        <w:spacing w:after="100"/>
        <w:jc w:val="center"/>
      </w:pPr>
      <w:r>
        <w:rPr>
          <w:rFonts w:ascii="Arial" w:hAnsi="Arial" w:eastAsia="Arial"/>
          <w:b w:val="0"/>
          <w:color w:val="606667"/>
          <w:sz w:val="17"/>
        </w:rPr>
        <w:t>42.87035, 74.60618</w:t>
      </w:r>
    </w:p>
    <w:p>
      <w:pPr>
        <w:spacing w:before="0" w:after="20"/>
        <w:jc w:val="center"/>
      </w:pPr>
      <w:r>
        <w:drawing>
          <wp:inline xmlns:a="http://schemas.openxmlformats.org/drawingml/2006/main" xmlns:pic="http://schemas.openxmlformats.org/drawingml/2006/picture">
            <wp:extent cx="3401433" cy="2232000"/>
            <wp:docPr id="4" name="Picture 4" descr="Бульвар Дзержинского" title="Бульвар Дзержинского"/>
            <wp:cNvGraphicFramePr>
              <a:graphicFrameLocks noChangeAspect="1"/>
            </wp:cNvGraphicFramePr>
            <a:graphic>
              <a:graphicData uri="http://schemas.openxmlformats.org/drawingml/2006/picture">
                <pic:pic>
                  <pic:nvPicPr>
                    <pic:cNvPr id="0" name="26e1995c5684467964cf.jpg"/>
                    <pic:cNvPicPr/>
                  </pic:nvPicPr>
                  <pic:blipFill>
                    <a:blip r:embed="rId12"/>
                    <a:stretch>
                      <a:fillRect/>
                    </a:stretch>
                  </pic:blipFill>
                  <pic:spPr>
                    <a:xfrm>
                      <a:off x="0" y="0"/>
                      <a:ext cx="3401433" cy="2232000"/>
                    </a:xfrm>
                    <a:prstGeom prst="rect"/>
                  </pic:spPr>
                </pic:pic>
              </a:graphicData>
            </a:graphic>
          </wp:inline>
        </w:drawing>
      </w:r>
    </w:p>
    <w:p>
      <w:pPr>
        <w:spacing w:after="60"/>
        <w:jc w:val="center"/>
      </w:pPr>
      <w:r>
        <w:rPr>
          <w:rFonts w:ascii="Arial" w:hAnsi="Arial" w:eastAsia="Arial"/>
          <w:b w:val="0"/>
          <w:color w:val="606667"/>
          <w:sz w:val="15"/>
        </w:rPr>
        <w:t>Бульвар Дзержинского</w:t>
      </w:r>
    </w:p>
    <w:p>
      <w:pPr>
        <w:keepNext/>
        <w:spacing w:before="40" w:after="20"/>
      </w:pPr>
      <w:r>
        <w:rPr>
          <w:rFonts w:ascii="Arial" w:hAnsi="Arial" w:eastAsia="Arial"/>
          <w:b/>
          <w:color w:val="B1863E"/>
          <w:sz w:val="16"/>
        </w:rPr>
        <w:t>ENGLISH</w:t>
      </w:r>
      <w:r>
        <w:rPr>
          <w:rFonts w:ascii="Arial" w:hAnsi="Arial" w:eastAsia="Arial"/>
          <w:b/>
          <w:color w:val="242C2F"/>
          <w:sz w:val="20"/>
        </w:rPr>
        <w:t xml:space="preserve">  Dzerzhinsky Boulevard</w:t>
      </w:r>
    </w:p>
    <w:p>
      <w:pPr>
        <w:widowControl/>
        <w:spacing w:before="0" w:after="60" w:line="247" w:lineRule="auto"/>
      </w:pPr>
      <w:r>
        <w:rPr>
          <w:rFonts w:ascii="Arial" w:hAnsi="Arial" w:eastAsia="Arial"/>
          <w:b w:val="0"/>
          <w:color w:val="242C2F"/>
          <w:sz w:val="19"/>
        </w:rPr>
        <w:t>﻿ Dzerzhinsky Boulevard Dzerzhinsky Boulevard. Photo from the album “City of Frunze”, 1978. It stretches from south to north from the station to the Avenue named after the 50th anniversary of the Kyrgyz SSR, the length is 2.2 km. Until 1924 - st. Boulevard, then st. Komsomolskaya, since 1933 - st. Dzerzhinsky, since 1960 - a boulevard under the same name, since 1979 - an avenue. Laid out in 1883 by A.M. Fetisov as an alley of 2 rows of silver pop</w:t>
      </w:r>
    </w:p>
    <w:p>
      <w:pPr>
        <w:spacing w:before="20" w:after="0"/>
      </w:pPr>
      <w:r>
        <w:rPr>
          <w:rFonts w:ascii="Arial" w:hAnsi="Arial" w:eastAsia="Arial"/>
          <w:b w:val="0"/>
          <w:color w:val="606667"/>
          <w:sz w:val="14"/>
        </w:rPr>
        <w:t>Source: https://bimap.su/description/frunze/479_Bulvar1978.txt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42.87035, 74.60618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от владельца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https://2gis.kg/bishkek/firm/70000001026007865/tab/photos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