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 магазином «Береке» на Московской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3998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c77a866fa86d8f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9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Московскаядагы "Береке" дүкөнү бар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39980" cy="2232000"/>
            <wp:docPr id="4" name="Picture 4" descr="Дом с магазином «Береке» на Московской" title="Дом с магазином «Береке» на Моско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c6dc77a866fa86d8f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99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 магазином «Береке» на Московской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Московскаядагы "Береке" дүкөнү бар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Московскаядагы "Береке" дүкөнү бар үй Московскаядагы "Береке" дүкөнү бар үй. Сүрөт «Фрунзе шаары» альбомунан, 1978-ж.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https://bimap.su/description/frunze/478_Bereke.txt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42.86908, 74.60986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Asel Baikova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https://2gis.kg/bishkek/firm/70000001055977487/tab/photos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