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Аллея героев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42.87695, 74.57581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6691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80d3fe1373e277975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69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Баатырлар аллеясы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66911" cy="2232000"/>
            <wp:docPr id="4" name="Picture 4" descr="Аллея героев" title="Аллея герое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80d3fe1373e277975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69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героев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Баатырлар аллеясы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Баатырлар аллеясы Мемориал 1975-жылы совет элинин фашисттик Германияны жеңгендигинин 30 жылдыгынын урматына ачылган. Советтер Союзунун Баатырларынын 6 бюсту Н. Ананьев, Г.Е. Конкин, И.В. Москаленко, Г.А. Петренко, Ч. Тулебердиев, Д.Шопоков орнотулду. Сүрөт «Фрунзе шаары» альбомунан, 1978-жыл. Мемориалдык тактада кыргызстандыктардын - Советтер Союзунун Баатырларынын жана Даңк орденинин толук ээлеринин ысымдары жазылган. Сүрөт «Фрунзе шаары» альб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https://bimap.su/description/frunze/477_Alleia_geroev.txt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А.А As.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https://2gis.kg/bishkek/geo/15763294480498848/tab/photos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