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Западный автовокзал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7591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858d399323731b4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9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Западный автовокзал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575910" cy="2232000"/>
            <wp:docPr id="4" name="Picture 4" descr="Западный автовокзал" title="Западный авто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858d399323731b4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9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Западный автовокзал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Западный автовокзал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Западный автовокзал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https://bimap.su/description/frunze/476_Zapavtovokzal.txt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сергей максимов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https://2gis.kg/bishkek/geo/15763234351150697/tab/photos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