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Западный автовокзал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57591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858d399323731b4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9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Western Bus Station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575910" cy="2232000"/>
            <wp:docPr id="4" name="Picture 4" descr="Западный автовокзал" title="Западный автовокза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f3858d399323731b4b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591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Западный автовокзал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Western Bus Station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Western Bus Station Opened in 1981. Architect O. Burgunbaev. Western bus station. Photo from 1981.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https://bimap.su/description/frunze/476_Zapavtovokzal.txt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42.88579, 74.56723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сергей максимов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https://2gis.kg/bishkek/geo/15763234351150697/tab/photos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