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Васильевская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42.87899, 74.60462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3684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664e53cc815cd5c6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68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Васильевская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42.87899, 74.60462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36840" cy="2232000"/>
            <wp:docPr id="3" name="Picture 3" descr="Улица Васильевская" title="Улица Василье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7664e53cc815cd5c6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368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Васильевская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Васильевская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Западная сторона улицы Васильевской, 30-е годы ХХ века. Дома, выстроенные по проекту архитектора А.П.Зенкова.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https://bimap.su/description/pishpek/68_Zapadnaia_Vasilev.txt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42.87899, 74.60462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42.87899, 74.60462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Ринат Ибрагимов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https://2gis.kg/bishkek/geo/15763294480498712/tab/photos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