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Улица Интергельпо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9932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d1f8c6bb97bcafe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93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Улица Интергельпо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699325" cy="2232000"/>
            <wp:docPr id="4" name="Picture 4" descr="Улица Интергельпо" title="Улица Интергельп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d1f8c6bb97bcafe85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932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Интергельпо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Улица Интергельпо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Улица Интергельпо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https://bimap.su/description/frunze/473_Inter.txt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42.87359, 74.55779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Ulan Asian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https://2gis.kg/bishkek/firm/70000001025020684/tab/photos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