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Интергельпо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9932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d1f8c6bb97bcafe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93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Intergelpo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99325" cy="2232000"/>
            <wp:docPr id="4" name="Picture 4" descr="Улица Интергельпо" title="Улица Интергель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d1f8c6bb97bcafe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93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Интергельпо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Intergelpo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Intergelpo Street Named after the Czechoslovak cooperative that worked in Frunze in 1925-43. On the street you can see houses built by the cooperative in the 30s. And houses built by Frunzegorstroy in the 50s according to standard designs.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https://bimap.su/description/frunze/473_Inter.txt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Ulan Asian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https://2gis.kg/bishkek/firm/70000001025020684/tab/photos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