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aef11ffdb58bacb08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Дзержинской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4" name="Picture 4" descr="Дом на Дзержинской" title="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aef11ffdb58bacb08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Дзержинской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https://bimap.su/description/frunze/472_Dom_na_Dzer.txt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 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https://2gis.kg/bishkek/firm/70000001019371758/tab/photos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