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Дзержинской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42.86628, 74.60520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aef11ffdb58bacb08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42.86628, 74.60520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Дзержинскаядагы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42.86628, 74.60520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4" name="Picture 4" descr="Дом на Дзержинской" title="Дом на Дзерж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aef11ffdb58bacb08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Дзержинскаядагы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Дзержинскаядагы үй. Дзержинский бульварындагы бул имараттын курулушу Улуу Ата Мекендик согушка чейин эле башталган. Согуштун башталышы менен курулуш иштери шашылыш бүткөрүлүп, фронттогу аймактардан эвакуацияланган үй-бүлөлөр үйгө жайгаштырылды. Бүгүнкү күндө бул имаратта Улуттук Кызыл Жарым Ай коому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https://bimap.su/description/frunze/472_Dom_na_Dzer.txt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42.86628, 74.60520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 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https://2gis.kg/bishkek/firm/70000001019371758/tab/photos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