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на Дзержинской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42.86765, 74.60527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46ab1179af2dbcb59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42.86765, 74.60527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на Дзержинской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42.86765, 74.60527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4" name="Picture 4" descr="Дом на Дзержинской" title="Дом на Дзержи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46ab1179af2dbcb59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Дзержинской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Дзержинской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постройки 50-х годов.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https://bimap.su/description/frunze/471_Dom50.txt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42.86765, 74.60527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Ринат Ибрагимов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https://2gis.kg/bishkek/firm/70000001035355754/tab/photos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