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Дзержинскаядагы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4" name="Picture 4" descr="Дом на Дзержинской" title="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46ab1179af2dbcb59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Дзержинскаядагы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50-жылдары курулган Дзержинскаядагы үй Бул үйдө академик Евдокия Александровна Розова жашаган. Э.А. Розова 1899 - 1971 сейсмолог, Кыргыз Илимдер академиясынын академиги. ССР. Анын ишинин натыйжасында жер титирөөлөр талдоого алынып, Орто Азиядагы жер кыртышынын структурасы изилденип, эң сейсмикалык аймактар ​​аныкталган.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https://bimap.su/description/frunze/471_Dom50.txt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42.86765, 74.60527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Ринат Ибрагимов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https://2gis.kg/bishkek/firm/70000001035355754/tab/photos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