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Дзержинской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42.86765, 74.60527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46ab1179af2dbcb59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42.86765, 74.60527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Dzerzhinskaya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42.86765, 74.60527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4" name="Picture 4" descr="Дом на Дзержинской" title="Дом на Дзерж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46ab1179af2dbcb59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Dzerzhinskaya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Dzerzhinskaya built in the 50s Academician Evdokia Aleksandrovna Rozova lived in this house. E.A. Rozova 1899 - 1971 seismologist, academician of the Kyrgyz Academy of Sciences. SSR. As a result of her work, earthquakes were analyzed, the structure of the earth's crust in Central Asia was studied, and the most seismic areas were identified.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https://bimap.su/description/frunze/471_Dom50.txt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42.86765, 74.60527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Ринат Ибрагимов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https://2gis.kg/bishkek/firm/70000001035355754/tab/photos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