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на Киевской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42.87445, 74.60525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1453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4effd59d3cf15bde33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3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42.87445, 74.60525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на Киевской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42.87445, 74.60525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39" cy="2232000"/>
            <wp:docPr id="4" name="Picture 4" descr="Дом на Киевской" title="Дом на Кие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4effd59d3cf15bde33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3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Киевской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Киевской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https://bimap.su/description/frunze/470_Dom.txt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42.87445, 74.60525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Айтбек Абдыкаимов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https://2gis.kg/bishkek/geo/15763234351164126/tab/photos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