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Институт леса и ореховодства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42.91590, 74.62126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8209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9ce46110fdcbc792e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209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42.91590, 74.62126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Институт леса и ореховодства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42.91590, 74.62126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82098" cy="2232000"/>
            <wp:docPr id="4" name="Picture 4" descr="Институт леса и ореховодства" title="Институт леса и ореховодст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9ce46110fdcbc792e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209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леса и ореховодства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Институт леса и ореховодства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Институт леса и ореховодства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https://bimap.su/description/frunze/469_Les.txt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42.91590, 74.62126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Abdy Jum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https://2gis.kg/bishkek/geo/15763234351002328/tab/photos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