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Институт леса и ореховодства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42.91590, 74.62126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982098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69ce46110fdcbc792ea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82098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42.91590, 74.62126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Токой жана жаңгакчылык институту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42.91590, 74.62126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82098" cy="2232000"/>
            <wp:docPr id="4" name="Picture 4" descr="Институт леса и ореховодства" title="Институт леса и ореховодств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69ce46110fdcbc792ea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82098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Институт леса и ореховодства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Токой жана жаңгакчылык институту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Токой жана жаңгакчылык институту Кыргыз токой тажрыйба станциясы 1947-жылы Карагачева токоюнун түндүк четинде түзүлгөн. 1990-жылдан бери ал Кыргыз Республикасынын Улуттук илимдер академиясынын Токой чарба жана жаңгакчылык институту болуп саналат, азыр П. Ган. "Жаратылышты коргоонун эң маанилүү объектилеринин бири - токойлор, бул кокусунан эмес. Токойлордун адамдын жашоосунда, биздин планетанын жашоосунда мааниси өтө чоң. Ал эми биринчиден, анын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https://bimap.su/description/frunze/469_Les.txt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42.91590, 74.62126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Abdy Jum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https://2gis.kg/bishkek/geo/15763234351002328/tab/photos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