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Доска почета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42.87914, 74.60903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426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7682f9289e8342498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2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42.87914, 74.60903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Доска почета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42.87914, 74.60903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263" cy="2232000"/>
            <wp:docPr id="4" name="Picture 4" descr="Доска почета" title="Доска поче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7682f9289e8342498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2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Доска почета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Доска почета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50-х годов на Старой площади.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https://bimap.su/description/frunze/466_Doska.txt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42.87914, 74.60903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 из Wikimedia Commons" title="Современный вид из Wikimedia Common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 из Wikimedia Commons · Artelow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https://commons.wikimedia.org/wiki/Бишкек._Тыныстанов_жана_Фрунзе_көчөлөрүнүн_кесилишиндеги_сквер_(09-август_2025).jpg · Wikimedia Commons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Лицензия Wikimedia Commons: CC0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