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Токмакская между улицами Базарной и Верненской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42.88227, 74.61239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58888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03746665aad89fe56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5888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Токмакская Базарная жана Верненская көчөлөрүнүн ортосунда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42.88227, 74.61239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58888" cy="2232000"/>
            <wp:docPr id="3" name="Picture 3" descr="Токмакская между улицами Базарной и Верненской" title="Токмакская между улицами Базарной и Верне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03746665aad89fe56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5888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Токмакская между улицами Базарной и Верненской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Токмакская Базарная жана Верненская көчөлөрүнүн ортосунда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Токмакская көчөсүнүн түндүк тарабы Базарная менен Верненскаянын ортосундагы. Токмакская көчөсүн бойлой Пушниковдун үйүнүн жанындагы чарбалык имарат бар эле. Анда ишкердин дүкөнү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https://bimap.su/description/pishpek/67_Severnaia_Tokmak.txt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42.88227, 74.61239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42.88227, 74.61239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Азат Камчибеков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https://2gis.kg/bishkek/geo/15763294480498787/tab/photos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