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Токмакская между улицами Базарной и Верненской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Pishpek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888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03746665aad89fe5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88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Tokmakskaya between Bazarnaya and Vernenskaya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58888" cy="2232000"/>
            <wp:docPr id="3" name="Picture 3" descr="Токмакская между улицами Базарной и Верненской" title="Токмакская между улицами Базарной и Верне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03746665aad89fe5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88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Токмакская между улицами Базарной и Верненской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Tokmakskaya between Bazarnaya and Vernenskaya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northern side of Tokmakskaya street between Bazarnaya and Vernenskaya. Along Tokmakskaya Street there was an outbuilding attached to Pushnikov’s house. In which the entrepreneur's store was located.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https://bimap.su/description/pishpek/67_Severnaia_Tokmak.txt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Азат Камчибеков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https://2gis.kg/bishkek/geo/15763294480498787/tab/photos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