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Министерство здравоохранения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42.86959, 74.59543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9a8daae307b7606890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42.86959, 74.59543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Министерство здравоохранения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42.86959, 74.59543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4" name="Picture 4" descr="Министерство здравоохранения" title="Министерство здравоохранения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59a8daae307b76068908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Министерство здравоохранения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Министерство здравоохранения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Киргизской ССР. 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https://bimap.su/description/frunze/464_Ministerstvo.txt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42.86959, 74.59543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Архи Тип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https://2gis.kg/bishkek/firm/70000001023413054/tab/photos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