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Министерство здравоохранения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Ministry of Health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Министерство здравоохранения" title="Министерство здравоохран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здравоохранения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Ministry of Health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Ministry of Health of the Kirghiz SSR Ministry of Health of the Kirghiz SSR. The coat of arms of the Kirghiz SSR on the facade of the Ministry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https://bimap.su/description/frunze/464_Ministerstvo.txt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Архи Тип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https://2gis.kg/bishkek/firm/70000001023413054/tab/photos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