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Панорама города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9697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3851cf201de9bef8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969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Панорама города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19697" cy="2231999"/>
            <wp:docPr id="4" name="Picture 4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3851cf201de9bef8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969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 · Исаака Тункеля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Панорама города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Исаака Тункеля, 1960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https://bimap.su/description/frunze/463_Panorama3.txt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42.87858, 74.60628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Юрий Крюков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https://2gis.kg/bishkek/geo/15763234351122893/tab/photos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