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Панорама города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42.87858, 74.60628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19697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3851cf201de9bef89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19697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42.87858, 74.60628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Шаар панорамасы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42.87858, 74.60628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19697" cy="2231999"/>
            <wp:docPr id="4" name="Picture 4" descr="Панорама города" title="Панорама город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3851cf201de9bef89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19697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Панорама города · Исаака Тункеля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Шаар панорамасы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Шаар панорамасы Шаар панорамасы. Исхак Түнкелдин сүрөтү, 1960-жыл. Сүрөттө Киров (Абдумомунова) көчөсүнөн темир жолго чейинки Совет жана Биринчи Май (Раззакова) көчөлөрүнүн ортосундагы кварталдар. Станциянын аймагы кара тик бурчтук менен капталган.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https://bimap.su/description/frunze/463_Panorama3.txt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42.87858, 74.60628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Юрий Крюков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https://2gis.kg/bishkek/geo/15763234351122893/tab/photos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