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Парк им.Фучика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42.87287, 74.56258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5442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4bdc389d1f0ad188d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44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42.87287, 74.56258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Парк им.Фучика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42.87287, 74.56258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54428" cy="2232000"/>
            <wp:docPr id="4" name="Picture 4" descr="Парк им.Фучика" title="Парк им.Фуч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4bdc389d1f0ad188d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544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им.Фучика · 1962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Парк им.Фучика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фото 1962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https://bimap.su/description/frunze/462_Park62.txt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42.87287, 74.56258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Boni Sansaro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https://2gis.kg/bishkek/geo/15763281595597175/tab/photos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