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shd w:fill="1B5B5B"/>
      </w:pPr>
      <w:r>
        <w:rPr>
          <w:rFonts w:ascii="Arial" w:hAnsi="Arial" w:eastAsia="Arial"/>
          <w:b/>
          <w:color w:val="FFFFFF"/>
          <w:sz w:val="24"/>
        </w:rPr>
        <w:t xml:space="preserve">  ТОГДА / СЕЙЧАС  </w:t>
      </w:r>
    </w:p>
    <w:p>
      <w:pPr>
        <w:jc w:val="center"/>
      </w:pPr>
      <w:r>
        <w:rPr>
          <w:rFonts w:ascii="Arial" w:hAnsi="Arial" w:eastAsia="Arial"/>
          <w:b/>
          <w:color w:val="242C2F"/>
          <w:sz w:val="40"/>
        </w:rPr>
        <w:t>Парк им.Фучика</w:t>
      </w:r>
    </w:p>
    <w:p>
      <w:pPr>
        <w:jc w:val="center"/>
      </w:pPr>
      <w:r>
        <w:rPr>
          <w:rFonts w:ascii="Arial" w:hAnsi="Arial" w:eastAsia="Arial"/>
          <w:b w:val="0"/>
          <w:color w:val="606667"/>
          <w:sz w:val="17"/>
        </w:rPr>
        <w:t>42.87287, 74.56258</w:t>
      </w:r>
    </w:p>
    <w:p>
      <w:pPr>
        <w:spacing w:before="80" w:after="20"/>
      </w:pPr>
      <w:r>
        <w:rPr>
          <w:rFonts w:ascii="Arial" w:hAnsi="Arial" w:eastAsia="Arial"/>
          <w:b/>
          <w:color w:val="772A33"/>
          <w:sz w:val="20"/>
        </w:rPr>
        <w:t>Тогда · Frunze</w:t>
      </w:r>
    </w:p>
    <w:p>
      <w:pPr>
        <w:jc w:val="center"/>
      </w:pPr>
      <w:r>
        <w:drawing>
          <wp:inline xmlns:a="http://schemas.openxmlformats.org/drawingml/2006/main" xmlns:pic="http://schemas.openxmlformats.org/drawingml/2006/picture">
            <wp:extent cx="1554428" cy="2232000"/>
            <wp:docPr id="1" name="Picture 1"/>
            <wp:cNvGraphicFramePr>
              <a:graphicFrameLocks noChangeAspect="1"/>
            </wp:cNvGraphicFramePr>
            <a:graphic>
              <a:graphicData uri="http://schemas.openxmlformats.org/drawingml/2006/picture">
                <pic:pic>
                  <pic:nvPicPr>
                    <pic:cNvPr id="0" name="104bdc389d1f0ad188d8.jpg"/>
                    <pic:cNvPicPr/>
                  </pic:nvPicPr>
                  <pic:blipFill>
                    <a:blip r:embed="rId12"/>
                    <a:stretch>
                      <a:fillRect/>
                    </a:stretch>
                  </pic:blipFill>
                  <pic:spPr>
                    <a:xfrm>
                      <a:off x="0" y="0"/>
                      <a:ext cx="1554428" cy="2232000"/>
                    </a:xfrm>
                    <a:prstGeom prst="rect"/>
                  </pic:spPr>
                </pic:pic>
              </a:graphicData>
            </a:graphic>
          </wp:inline>
        </w:drawing>
      </w:r>
    </w:p>
    <w:p>
      <w:pPr>
        <w:spacing w:before="80" w:after="20"/>
      </w:pPr>
      <w:r>
        <w:rPr>
          <w:rFonts w:ascii="Arial" w:hAnsi="Arial" w:eastAsia="Arial"/>
          <w:b/>
          <w:color w:val="1B5B5B"/>
          <w:sz w:val="20"/>
        </w:rPr>
        <w:t>Сейчас · Bishkek</w:t>
      </w:r>
    </w:p>
    <w:p>
      <w:pPr>
        <w:jc w:val="center"/>
      </w:pPr>
      <w:r>
        <w:drawing>
          <wp:inline xmlns:a="http://schemas.openxmlformats.org/drawingml/2006/main" xmlns:pic="http://schemas.openxmlformats.org/drawingml/2006/picture">
            <wp:extent cx="4355121" cy="2232000"/>
            <wp:docPr id="2" name="Picture 2"/>
            <wp:cNvGraphicFramePr>
              <a:graphicFrameLocks noChangeAspect="1"/>
            </wp:cNvGraphicFramePr>
            <a:graphic>
              <a:graphicData uri="http://schemas.openxmlformats.org/drawingml/2006/picture">
                <pic:pic>
                  <pic:nvPicPr>
                    <pic:cNvPr id="0" name="image.png"/>
                    <pic:cNvPicPr/>
                  </pic:nvPicPr>
                  <pic:blipFill>
                    <a:blip r:embed="rId13"/>
                    <a:stretch>
                      <a:fillRect/>
                    </a:stretch>
                  </pic:blipFill>
                  <pic:spPr>
                    <a:xfrm>
                      <a:off x="0" y="0"/>
                      <a:ext cx="4355121" cy="2232000"/>
                    </a:xfrm>
                    <a:prstGeom prst="rect"/>
                  </pic:spPr>
                </pic:pic>
              </a:graphicData>
            </a:graphic>
          </wp:inline>
        </w:drawing>
      </w:r>
    </w:p>
    <w:p>
      <w:r>
        <w:br w:type="page"/>
      </w:r>
    </w:p>
    <w:p>
      <w:pPr>
        <w:spacing w:before="0" w:after="100"/>
        <w:jc w:val="center"/>
        <w:shd w:fill="7E4B28"/>
      </w:pPr>
      <w:r>
        <w:rPr>
          <w:rFonts w:ascii="Arial" w:hAnsi="Arial" w:eastAsia="Arial"/>
          <w:b/>
          <w:color w:val="FFFFFF"/>
          <w:sz w:val="24"/>
        </w:rPr>
        <w:t xml:space="preserve">  PISHPEK  </w:t>
      </w:r>
    </w:p>
    <w:p>
      <w:pPr>
        <w:spacing w:before="0" w:after="40"/>
        <w:jc w:val="center"/>
      </w:pPr>
      <w:r>
        <w:rPr>
          <w:rFonts w:ascii="Arial" w:hAnsi="Arial" w:eastAsia="Arial"/>
          <w:b/>
          <w:color w:val="7E4B28"/>
          <w:sz w:val="34"/>
        </w:rPr>
        <w:t>No information has been found for this period yet</w:t>
      </w:r>
    </w:p>
    <w:p>
      <w:pPr>
        <w:spacing w:after="100"/>
        <w:jc w:val="center"/>
      </w:pPr>
      <w:r>
        <w:rPr>
          <w:rFonts w:ascii="Arial" w:hAnsi="Arial" w:eastAsia="Arial"/>
          <w:b w:val="0"/>
          <w:color w:val="606667"/>
          <w:sz w:val="17"/>
        </w:rPr>
        <w:t>42.87287, 74.56258</w:t>
      </w:r>
    </w:p>
    <w:p>
      <w:pPr>
        <w:spacing w:before="0" w:after="20"/>
        <w:jc w:val="center"/>
      </w:pPr>
      <w:r>
        <w:drawing>
          <wp:inline xmlns:a="http://schemas.openxmlformats.org/drawingml/2006/main" xmlns:pic="http://schemas.openxmlformats.org/drawingml/2006/picture">
            <wp:extent cx="4355121" cy="2232000"/>
            <wp:docPr id="3" name="Picture 3" descr="Иллюстрация эпохи Pishpek" title="Pishpek"/>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p>
      <w:r>
        <w:br w:type="page"/>
      </w:r>
    </w:p>
    <w:p>
      <w:pPr>
        <w:spacing w:before="0" w:after="100"/>
        <w:jc w:val="center"/>
        <w:shd w:fill="772A33"/>
      </w:pPr>
      <w:r>
        <w:rPr>
          <w:rFonts w:ascii="Arial" w:hAnsi="Arial" w:eastAsia="Arial"/>
          <w:b/>
          <w:color w:val="FFFFFF"/>
          <w:sz w:val="24"/>
        </w:rPr>
        <w:t xml:space="preserve">  FRUNZE  </w:t>
      </w:r>
    </w:p>
    <w:p>
      <w:pPr>
        <w:spacing w:before="0" w:after="40"/>
        <w:jc w:val="center"/>
      </w:pPr>
      <w:r>
        <w:rPr>
          <w:rFonts w:ascii="Arial" w:hAnsi="Arial" w:eastAsia="Arial"/>
          <w:b/>
          <w:color w:val="772A33"/>
          <w:sz w:val="34"/>
        </w:rPr>
        <w:t>Fucik Park</w:t>
      </w:r>
    </w:p>
    <w:p>
      <w:pPr>
        <w:spacing w:after="100"/>
        <w:jc w:val="center"/>
      </w:pPr>
      <w:r>
        <w:rPr>
          <w:rFonts w:ascii="Arial" w:hAnsi="Arial" w:eastAsia="Arial"/>
          <w:b w:val="0"/>
          <w:color w:val="606667"/>
          <w:sz w:val="17"/>
        </w:rPr>
        <w:t>42.87287, 74.56258</w:t>
      </w:r>
    </w:p>
    <w:p>
      <w:pPr>
        <w:spacing w:before="0" w:after="20"/>
        <w:jc w:val="center"/>
      </w:pPr>
      <w:r>
        <w:drawing>
          <wp:inline xmlns:a="http://schemas.openxmlformats.org/drawingml/2006/main" xmlns:pic="http://schemas.openxmlformats.org/drawingml/2006/picture">
            <wp:extent cx="1554428" cy="2232000"/>
            <wp:docPr id="4" name="Picture 4" descr="Парк им.Фучика" title="Парк им.Фучика"/>
            <wp:cNvGraphicFramePr>
              <a:graphicFrameLocks noChangeAspect="1"/>
            </wp:cNvGraphicFramePr>
            <a:graphic>
              <a:graphicData uri="http://schemas.openxmlformats.org/drawingml/2006/picture">
                <pic:pic>
                  <pic:nvPicPr>
                    <pic:cNvPr id="0" name="104bdc389d1f0ad188d8.jpg"/>
                    <pic:cNvPicPr/>
                  </pic:nvPicPr>
                  <pic:blipFill>
                    <a:blip r:embed="rId12"/>
                    <a:stretch>
                      <a:fillRect/>
                    </a:stretch>
                  </pic:blipFill>
                  <pic:spPr>
                    <a:xfrm>
                      <a:off x="0" y="0"/>
                      <a:ext cx="1554428" cy="2232000"/>
                    </a:xfrm>
                    <a:prstGeom prst="rect"/>
                  </pic:spPr>
                </pic:pic>
              </a:graphicData>
            </a:graphic>
          </wp:inline>
        </w:drawing>
      </w:r>
    </w:p>
    <w:p>
      <w:pPr>
        <w:spacing w:after="60"/>
        <w:jc w:val="center"/>
      </w:pPr>
      <w:r>
        <w:rPr>
          <w:rFonts w:ascii="Arial" w:hAnsi="Arial" w:eastAsia="Arial"/>
          <w:b w:val="0"/>
          <w:color w:val="606667"/>
          <w:sz w:val="15"/>
        </w:rPr>
        <w:t>Парк им.Фучика · 1962 года</w:t>
      </w:r>
    </w:p>
    <w:p>
      <w:pPr>
        <w:keepNext/>
        <w:spacing w:before="40" w:after="20"/>
      </w:pPr>
      <w:r>
        <w:rPr>
          <w:rFonts w:ascii="Arial" w:hAnsi="Arial" w:eastAsia="Arial"/>
          <w:b/>
          <w:color w:val="B1863E"/>
          <w:sz w:val="16"/>
        </w:rPr>
        <w:t>ENGLISH</w:t>
      </w:r>
      <w:r>
        <w:rPr>
          <w:rFonts w:ascii="Arial" w:hAnsi="Arial" w:eastAsia="Arial"/>
          <w:b/>
          <w:color w:val="242C2F"/>
          <w:sz w:val="20"/>
        </w:rPr>
        <w:t xml:space="preserve">  Fucik Park</w:t>
      </w:r>
    </w:p>
    <w:p>
      <w:pPr>
        <w:widowControl/>
        <w:spacing w:before="0" w:after="60" w:line="247" w:lineRule="auto"/>
      </w:pPr>
      <w:r>
        <w:rPr>
          <w:rFonts w:ascii="Arial" w:hAnsi="Arial" w:eastAsia="Arial"/>
          <w:b w:val="0"/>
          <w:color w:val="242C2F"/>
          <w:sz w:val="19"/>
        </w:rPr>
        <w:t>﻿ Fucik Park Fucik Park, photo from 1962. It was founded in 1931 as a park for a working district adjacent to the enterprises of the Intergelpo cooperative. Area 8.5 hectares. The central arch of the entrance to Fucik Park. Photo by Marina Klabukova. The street and park are named after Julius Fučík, a national hero of Czechoslovakia, an anti-fascist, writer and journalist, author of the book “Report with a Noose Around His Neck.” “People, I loved</w:t>
      </w:r>
    </w:p>
    <w:p>
      <w:pPr>
        <w:spacing w:before="20" w:after="0"/>
      </w:pPr>
      <w:r>
        <w:rPr>
          <w:rFonts w:ascii="Arial" w:hAnsi="Arial" w:eastAsia="Arial"/>
          <w:b w:val="0"/>
          <w:color w:val="606667"/>
          <w:sz w:val="14"/>
        </w:rPr>
        <w:t>Source: https://bimap.su/description/frunze/462_Park62.txt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1B5B5B"/>
      </w:pPr>
      <w:r>
        <w:rPr>
          <w:rFonts w:ascii="Arial" w:hAnsi="Arial" w:eastAsia="Arial"/>
          <w:b/>
          <w:color w:val="FFFFFF"/>
          <w:sz w:val="24"/>
        </w:rPr>
        <w:t xml:space="preserve">  BISHKEK  </w:t>
      </w:r>
    </w:p>
    <w:p>
      <w:pPr>
        <w:spacing w:before="0" w:after="40"/>
        <w:jc w:val="center"/>
      </w:pPr>
      <w:r>
        <w:rPr>
          <w:rFonts w:ascii="Arial" w:hAnsi="Arial" w:eastAsia="Arial"/>
          <w:b/>
          <w:color w:val="1B5B5B"/>
          <w:sz w:val="34"/>
        </w:rPr>
        <w:t>No information has been found for this period yet</w:t>
      </w:r>
    </w:p>
    <w:p>
      <w:pPr>
        <w:spacing w:after="100"/>
        <w:jc w:val="center"/>
      </w:pPr>
      <w:r>
        <w:rPr>
          <w:rFonts w:ascii="Arial" w:hAnsi="Arial" w:eastAsia="Arial"/>
          <w:b w:val="0"/>
          <w:color w:val="606667"/>
          <w:sz w:val="17"/>
        </w:rPr>
        <w:t>42.87287, 74.56258</w:t>
      </w:r>
    </w:p>
    <w:p>
      <w:pPr>
        <w:spacing w:before="0" w:after="20"/>
        <w:jc w:val="center"/>
      </w:pPr>
      <w:r>
        <w:drawing>
          <wp:inline xmlns:a="http://schemas.openxmlformats.org/drawingml/2006/main" xmlns:pic="http://schemas.openxmlformats.org/drawingml/2006/picture">
            <wp:extent cx="4355121" cy="2232000"/>
            <wp:docPr id="5" name="Picture 5" descr="Современный вид; дата публикации в 2GIS" title="Современный вид; дата публикации в 2GIS"/>
            <wp:cNvGraphicFramePr>
              <a:graphicFrameLocks noChangeAspect="1"/>
            </wp:cNvGraphicFramePr>
            <a:graphic>
              <a:graphicData uri="http://schemas.openxmlformats.org/drawingml/2006/picture">
                <pic:pic>
                  <pic:nvPicPr>
                    <pic:cNvPr id="0" name="image.png"/>
                    <pic:cNvPicPr/>
                  </pic:nvPicPr>
                  <pic:blipFill>
                    <a:blip r:embed="rId13"/>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Современный вид; дата публикации в 2GIS · Boni Sansaro</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p>
      <w:pPr>
        <w:spacing w:before="20" w:after="0"/>
      </w:pPr>
      <w:r>
        <w:rPr>
          <w:rFonts w:ascii="Arial" w:hAnsi="Arial" w:eastAsia="Arial"/>
          <w:b w:val="0"/>
          <w:color w:val="606667"/>
          <w:sz w:val="14"/>
        </w:rPr>
        <w:t>Source: https://2gis.kg/bishkek/geo/15763281595597175/tab/photos · 2GIS</w:t>
      </w:r>
    </w:p>
    <w:p>
      <w:pPr>
        <w:spacing w:before="0" w:after="0"/>
      </w:pPr>
      <w:r>
        <w:rPr>
          <w:rFonts w:ascii="Arial" w:hAnsi="Arial" w:eastAsia="Arial"/>
          <w:b w:val="0"/>
          <w:color w:val="606667"/>
          <w:sz w:val="14"/>
        </w:rPr>
        <w:t>Фотография пользователя 2GIS; права принадлежат автору. Изображение показывается по внешней ссылке на 2GIS.</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4</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4</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4</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jpg"/><Relationship Id="rId13" Type="http://schemas.openxmlformats.org/officeDocument/2006/relationships/image" Target="media/image2.pn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