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Детская поликлиника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9734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0699772beca52ec3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3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Балдар клиникасы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97344" cy="2232000"/>
            <wp:docPr id="4" name="Picture 4" descr="Детская поликлиника" title="Детская поликлин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0699772beca52ec3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973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Детская поликлиника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Балдар клиникасы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Борбордук аянттагы Фонтан балдар клиникасы 1956-жылы курулган. Архитектор Е.Писарская.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https://bimap.su/description/frunze/461_Poliklinika.txt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42.87567, 74.60134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https://2gis.kg/bishkek/firm/70000001101873848/tab/photos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