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Детская поликлиника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39734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0699772beca52ec3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3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Children's clinic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397344" cy="2232000"/>
            <wp:docPr id="4" name="Picture 4" descr="Детская поликлиника" title="Детская поликлин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0699772beca52ec3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3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Детская поликлиника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Children's clinic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Children's clinic Fontan in the Central Square was built in 1956. Architect E. Pisarskaya.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https://bimap.su/description/frunze/461_Poliklinika.txt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Бдительный гражданин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https://2gis.kg/bishkek/firm/70000001101873848/tab/photos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