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Центральный сквер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42.87813, 74.60544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091985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c1200eb073d13e71375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91985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42.87813, 74.60544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Борбордук аянт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42.87813, 74.60544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091985" cy="2232000"/>
            <wp:docPr id="4" name="Picture 4" descr="Центральный сквер" title="Центральный сквер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c1200eb073d13e71375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91985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Центральный сквер · 1974 года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Борбордук аянт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Борбордук аянт. Фрунзе. 1974-жылдагы сүрөт Борбордук аянттагы фонтан 1956-жылы курулган. Архитектор Е.Писарская.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https://bimap.su/description/frunze/460_Fontan1974.txt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42.87813, 74.60544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Brown Jenkin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https://2gis.kg/bishkek/geo/15763285890564113/tab/photos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