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Аллея героев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42.87662, 74.57559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8ca2213bd58477149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42.87662, 74.57559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Аллея героев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42.87662, 74.57559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Аллея героев" title="Аллея герое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8ca2213bd58477149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Аллея героев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Аллея героев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Аллея героев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https://bimap.su/description/frunze/459_Alleia.txt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42.87662, 74.57559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Бегимай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https://2gis.kg/bishkek/geo/15763294480498852/tab/photos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