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Аллея героев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42.87662, 74.57559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8ca2213bd58477149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42.87662, 74.57559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Баатырлар аллеясы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42.87662, 74.57559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Аллея героев" title="Аллея герое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8ca2213bd58477149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Аллея героев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Баатырлар аллеясы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Баатырлар аллеясы Экинчи дүйнөлүк согуштун баатырларынын аллеясы (1939-1945). Баатырлар аллеясы 1975-жылы Улуу Ата Мекендик согуштагы Жеңиштин 30 жылдыгына карата ачылган (архитектор В. Курбатов). Аллеяда Советтер Союзунун Баатырларынын — Д Шопоковдун, Ч. Тулебердиев, Г.Конкин, Г.Петренко, И.Москаленко, Н.Ананьев. Гранит тактасына баатырлардын - кыргызстандыктардын жана 3-даражадагы Даңк орденинин ээлеринин ысымдары чегилген. Бюсттардын авторло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https://bimap.su/description/frunze/459_Alleia.txt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42.87662, 74.57559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Бегимай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https://2gis.kg/bishkek/geo/15763294480498852/tab/photos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