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Аэропорт «Фрунзе»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88000" cy="21107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a3c0a1fdb019cf44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10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Аэропорт «Фрунзе»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2110781"/>
            <wp:docPr id="4" name="Picture 4" descr="Аэропорт «Фрунзе»" title="Аэропорт «Фрунз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a3c0a1fdb019cf44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10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Аэропорт «Фрунзе»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Аэропорт «Фрунзе»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Аэропорт «Фрунзе»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https://bimap.su/description/frunze/458_Aeroport.txt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Сергей Грыжин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https://2gis.kg/bishkek/geo/15763285929322696/tab/photos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