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Аэропорт «Фрунзе»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88000" cy="21107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3c0a1fdb019cf44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1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"Фрунзе" аэропорту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2110781"/>
            <wp:docPr id="4" name="Picture 4" descr="Аэропорт «Фрунзе»" title="Аэропорт «Фрунз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3c0a1fdb019cf44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1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Аэропорт «Фрунзе»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"Фрунзе" аэропорту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Аэропорт "Фрунзе" Аэропорт 1933-жылы шаар четиндеги Попеновка айылынын жанындагы тың жерде иштей баштаган. Авиапарк үч У-2 учагынан турган. Кыргызстандын жарандык авиациясы 20-кылымдын 60-жылдарында эң чоң өнүгүүгө ээ болгон. Анда Ан-2, Ил-14, Ил-18, Ан-24 транспорттук учактары жана Ми-8 тик учактары колдонулган. Фрунзе аэропорту 70-жылдары «Манас» аэропорту бүткөрүлгөндөн кийин жабылган.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https://bimap.su/description/frunze/458_Aeroport.txt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Сергей Грыжин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https://2gis.kg/bishkek/geo/15763285929322696/tab/photos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