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Аэропорт «Фрунзе»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42.83748, 74.58089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88000" cy="21107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a3c0a1fdb019cf44f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1107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42.83748, 74.58089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Airport "Frunze"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42.83748, 74.58089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688000" cy="2110781"/>
            <wp:docPr id="4" name="Picture 4" descr="Аэропорт «Фрунзе»" title="Аэропорт «Фрунзе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a3c0a1fdb019cf44f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1107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Аэропорт «Фрунзе»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Airport "Frunze"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Airport "Frunze" The airport began operating on virgin land near the suburban village of Popenovka in 1933. The aircraft fleet consisted of three U-2 aircraft. Civil aviation in Kyrgyzstan received its greatest development in the 60s of the 20th century. At that time, An-2, Il-14, Il-18, An-24 transport aircraft and Mi-8 helicopters were used. Frunze Airport was closed in the 70s after the completion of Manas Airport.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https://bimap.su/description/frunze/458_Aeroport.txt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42.83748, 74.58089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Сергей Грыжин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https://2gis.kg/bishkek/geo/15763285929322696/tab/photos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