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Детский сад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Детский сад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Детский сад" title="Детский с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сад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Детский сад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ул.Первомайской.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https://bimap.su/description/frunze/457_Detskii-sad.txt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Julya Boboshko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https://2gis.kg/bishkek/firm/70000001019331863/tab/photos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