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Детский сад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42.87389, 74.60408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313182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a02fd1be5d31bc5a6dd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13182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42.87389, 74.60408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Бала бакча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42.87389, 74.60408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13182" cy="2232000"/>
            <wp:docPr id="4" name="Picture 4" descr="Детский сад" title="Детский сад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a02fd1be5d31bc5a6dd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13182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Детский сад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Бала бакча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Көчөдөгү бала бакча. Биринчи Май 20-кылымдын башында курулган бул үйдө 60-жылдарга чейин бала бакча иштеген.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https://bimap.su/description/frunze/457_Detskii-sad.txt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42.87389, 74.60408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Julya Boboshko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https://2gis.kg/bishkek/firm/70000001019331863/tab/photos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