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Детский сад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42.87389, 74.60408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02fd1be5d31bc5a6d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42.87389, 74.60408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Kindergarten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42.87389, 74.60408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3182" cy="2232000"/>
            <wp:docPr id="4" name="Picture 4" descr="Детский сад" title="Детский са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02fd1be5d31bc5a6d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31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Детский сад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Kindergarten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Kindergarten on the street. Pervomaiskaya In this house, built at the beginning of the twentieth century, a kindergarten operated until the 60s.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https://bimap.su/description/frunze/457_Detskii-sad.txt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42.87389, 74.60408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Julya Boboshko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https://2gis.kg/bishkek/firm/70000001019331863/tab/photos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