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Пушникова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42.88239, 74.61197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714714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bec526d761f1a874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47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Пушникова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42.88239, 74.61197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14714" cy="2232000"/>
            <wp:docPr id="3" name="Picture 3" descr="Дом Пушникова" title="Дом Пушник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5bec526d761f1a8745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1471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Пушникова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Пушникова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Северо-восточный угол пересечения улиц Токмакской и Базарной.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https://bimap.su/description/pishpek/66_Dom_Pushnikova.txt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42.88239, 74.61197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42.88239, 74.61197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Азат Камчибеков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https://2gis.kg/bishkek/geo/15763294480498787/tab/photos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