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Дом Пушникова</w:t>
      </w:r>
    </w:p>
    <w:p>
      <w:pPr>
        <w:jc w:val="center"/>
      </w:pPr>
      <w:r>
        <w:rPr>
          <w:rFonts w:ascii="Arial" w:hAnsi="Arial" w:eastAsia="Arial"/>
          <w:b w:val="0"/>
          <w:color w:val="606667"/>
          <w:sz w:val="17"/>
        </w:rPr>
        <w:t>42.88239, 74.61197</w:t>
      </w:r>
    </w:p>
    <w:p>
      <w:pPr>
        <w:spacing w:before="80" w:after="20"/>
      </w:pPr>
      <w:r>
        <w:rPr>
          <w:rFonts w:ascii="Arial" w:hAnsi="Arial" w:eastAsia="Arial"/>
          <w:b/>
          <w:color w:val="772A33"/>
          <w:sz w:val="20"/>
        </w:rPr>
        <w:t>Тогда · Пишпек</w:t>
      </w:r>
    </w:p>
    <w:p>
      <w:pPr>
        <w:jc w:val="center"/>
      </w:pPr>
      <w:r>
        <w:drawing>
          <wp:inline xmlns:a="http://schemas.openxmlformats.org/drawingml/2006/main" xmlns:pic="http://schemas.openxmlformats.org/drawingml/2006/picture">
            <wp:extent cx="3714714" cy="2232000"/>
            <wp:docPr id="1" name="Picture 1"/>
            <wp:cNvGraphicFramePr>
              <a:graphicFrameLocks noChangeAspect="1"/>
            </wp:cNvGraphicFramePr>
            <a:graphic>
              <a:graphicData uri="http://schemas.openxmlformats.org/drawingml/2006/picture">
                <pic:pic>
                  <pic:nvPicPr>
                    <pic:cNvPr id="0" name="45bec526d761f1a87455.jpg"/>
                    <pic:cNvPicPr/>
                  </pic:nvPicPr>
                  <pic:blipFill>
                    <a:blip r:embed="rId12"/>
                    <a:stretch>
                      <a:fillRect/>
                    </a:stretch>
                  </pic:blipFill>
                  <pic:spPr>
                    <a:xfrm>
                      <a:off x="0" y="0"/>
                      <a:ext cx="3714714"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Пушниковдун үйү</w:t>
      </w:r>
    </w:p>
    <w:p>
      <w:pPr>
        <w:spacing w:after="100"/>
        <w:jc w:val="center"/>
      </w:pPr>
      <w:r>
        <w:rPr>
          <w:rFonts w:ascii="Arial" w:hAnsi="Arial" w:eastAsia="Arial"/>
          <w:b w:val="0"/>
          <w:color w:val="606667"/>
          <w:sz w:val="17"/>
        </w:rPr>
        <w:t>42.88239, 74.61197</w:t>
      </w:r>
    </w:p>
    <w:p>
      <w:pPr>
        <w:spacing w:before="0" w:after="20"/>
        <w:jc w:val="center"/>
      </w:pPr>
      <w:r>
        <w:drawing>
          <wp:inline xmlns:a="http://schemas.openxmlformats.org/drawingml/2006/main" xmlns:pic="http://schemas.openxmlformats.org/drawingml/2006/picture">
            <wp:extent cx="3714714" cy="2232000"/>
            <wp:docPr id="3" name="Picture 3" descr="Дом Пушникова" title="Дом Пушникова"/>
            <wp:cNvGraphicFramePr>
              <a:graphicFrameLocks noChangeAspect="1"/>
            </wp:cNvGraphicFramePr>
            <a:graphic>
              <a:graphicData uri="http://schemas.openxmlformats.org/drawingml/2006/picture">
                <pic:pic>
                  <pic:nvPicPr>
                    <pic:cNvPr id="0" name="45bec526d761f1a87455.jpg"/>
                    <pic:cNvPicPr/>
                  </pic:nvPicPr>
                  <pic:blipFill>
                    <a:blip r:embed="rId12"/>
                    <a:stretch>
                      <a:fillRect/>
                    </a:stretch>
                  </pic:blipFill>
                  <pic:spPr>
                    <a:xfrm>
                      <a:off x="0" y="0"/>
                      <a:ext cx="3714714" cy="2232000"/>
                    </a:xfrm>
                    <a:prstGeom prst="rect"/>
                  </pic:spPr>
                </pic:pic>
              </a:graphicData>
            </a:graphic>
          </wp:inline>
        </w:drawing>
      </w:r>
    </w:p>
    <w:p>
      <w:pPr>
        <w:spacing w:after="60"/>
        <w:jc w:val="center"/>
      </w:pPr>
      <w:r>
        <w:rPr>
          <w:rFonts w:ascii="Arial" w:hAnsi="Arial" w:eastAsia="Arial"/>
          <w:b w:val="0"/>
          <w:color w:val="606667"/>
          <w:sz w:val="15"/>
        </w:rPr>
        <w:t>Дом Пушникова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Пушниковдун үйү</w:t>
      </w:r>
    </w:p>
    <w:p>
      <w:pPr>
        <w:widowControl/>
        <w:spacing w:before="0" w:after="60" w:line="247" w:lineRule="auto"/>
      </w:pPr>
      <w:r>
        <w:rPr>
          <w:rFonts w:ascii="Arial" w:hAnsi="Arial" w:eastAsia="Arial"/>
          <w:b w:val="0"/>
          <w:color w:val="242C2F"/>
          <w:sz w:val="19"/>
        </w:rPr>
        <w:t>﻿ Пушниковдун үйү. Токмак менен Базарнаянын түндүк-чыгыш бурчу 19-кылымдын аягы 20-кылымдын башы шаарды көрктөндүрүү жана шаар ээлигинин баш жагында чоң үйлөрдүн курулушу менен мүнөздөлгөн. Үйлөр брусчаткадан же брусчаткадан тургузулган бийик таш пайдубалдардын үстүндө турушкан, анын үстүндө кирпич жасалгасы менен кооздолгон кирпичтен жасалган жертөлө болгон. Жогорку кабаттардын дубалдары каркас-жыгач же журнал болуп саналат. Бөлмөлөрдүн саны шаа</w:t>
      </w:r>
    </w:p>
    <w:p>
      <w:pPr>
        <w:spacing w:before="20" w:after="0"/>
      </w:pPr>
      <w:r>
        <w:rPr>
          <w:rFonts w:ascii="Arial" w:hAnsi="Arial" w:eastAsia="Arial"/>
          <w:b w:val="0"/>
          <w:color w:val="606667"/>
          <w:sz w:val="14"/>
        </w:rPr>
        <w:t>Булак: https://bimap.su/description/pishpek/66_Dom_Pushnikova.txt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42.88239, 74.61197</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42.88239, 74.61197</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Азат Камчибеков</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https://2gis.kg/bishkek/geo/15763294480498787/tab/photos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