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Артель «Красный швейник»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42.87614, 74.59130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b8edd95ef550194b8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42.87614, 74.59130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Артель «Красный швейник»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42.87614, 74.59130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Артель «Красный швейник»" title="Артель «Красный швейни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b8edd95ef550194b8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Артель «Красный швейник»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Артель «Красный швейник»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Артель «Красный швейник»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https://bimap.su/description/frunze/455_KrShveinik.txt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42.87614, 74.59130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Бдительный гражданин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https://2gis.kg/bishkek/firm/70000001115901898/tab/photos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