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Артель «Красный швейник»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42.87614, 74.59130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b8edd95ef550194b8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42.87614, 74.59130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Artel "Red Sewing Man"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42.87614, 74.59130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Артель «Красный швейник»" title="Артель «Красный швейни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b8edd95ef550194b8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Артель «Красный швейник»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Artel "Red Sewing Man"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Artel "Red Sewing Man" During the Patriotic War, the enterprise "Red Sewing Man" artel, evacuated from Voronezh, was located in this building. In 1956, the artel became a factory; in 1972, the building was demolished, and the factory was merged with the 1 May garment factory.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https://bimap.su/description/frunze/455_KrShveinik.txt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42.87614, 74.59130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Бдительный гражданин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https://2gis.kg/bishkek/firm/70000001115901898/tab/photos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